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IZVANUČIONIČKA NASTAVA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Naziv aktivnosti / odredište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Razred/i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Nositelj/i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Vrijeme provedbe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Mjesto provedbe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Kratak opis realizacije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sadržaji i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Aktivnost i iskustva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Posebni rezultati i zapažanja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Odstupanja od plana, ako ih je bilo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392B0A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2B0A"/>
    <w:rsid w:val="00AA1D8D"/>
    <w:rsid w:val="00B47730"/>
    <w:rsid w:val="00CB0664"/>
    <w:rsid w:val="00D168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E3F8E"/>
  <w14:defaultImageDpi w14:val="300"/>
  <w15:docId w15:val="{36A4421C-1C84-42AC-BB8B-62B696CE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2026-08-26T16:36:00Z</dcterms:modified>
  <cp:category/>
</cp:coreProperties>
</file>