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spacing w:before="0" w:after="200" w:line="240" w:lineRule="auto"/>
        <w:jc w:val="center"/>
      </w:pPr>
      <w:r>
        <w:rPr>
          <w:rFonts w:ascii="Arial" w:hAnsi="Arial" w:eastAsia="Arial" w:cs="Arial"/>
          <w:b/>
          <w:color w:val="000000"/>
          <w:sz w:val="28"/>
        </w:rPr>
        <w:t>OBRAZAC IZVJEŠĆA O REALIZACIJI – KULTURNA I JAVNA DJELATNOST</w:t>
      </w:r>
    </w:p>
    <w:tbl>
      <w:tblPr>
        <w:tblStyle w:val="Reetkatablice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3969"/>
        <w:gridCol w:w="6520"/>
      </w:tblGrid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Naziv aktivnosti / događanja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Nositelj/i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Sudionici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Vrijeme i mjesto održavanja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Kratak opis realizirane aktivnosti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Realizirani program i sadržaji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Ostvareni ciljevi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Sudjelovanje učenika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Odjek i prezentiranje aktivnosti u javnosti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Posebna postignuća i rezultati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Zaključak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</w:tbl>
    <w:sectPr w:rsidR="00FA6FAB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ocumentProtection w:formatting="1" w:enforcement="1"/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28FD"/>
    <w:rsid w:val="0029639D"/>
    <w:rsid w:val="00326F90"/>
    <w:rsid w:val="00AA1D8D"/>
    <w:rsid w:val="00B47730"/>
    <w:rsid w:val="00CB0664"/>
    <w:rsid w:val="00FA6F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4C420"/>
  <w14:defaultImageDpi w14:val="300"/>
  <w15:docId w15:val="{22F62ED6-80CB-4DBB-9480-548FCA4C6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2</cp:revision>
  <dcterms:created xsi:type="dcterms:W3CDTF">2013-12-23T23:15:00Z</dcterms:created>
  <dcterms:modified xsi:type="dcterms:W3CDTF">2026-08-26T16:36:00Z</dcterms:modified>
  <cp:category/>
</cp:coreProperties>
</file>