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RADIONICA ILI PREDAVANJE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radionice / predavanja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Voditelj / predavač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Sudionici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Datum i mjesto održavanja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Trajanje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Kratak opis provedbe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 i odaziv sudionika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Povratne informacije i vrednovanje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 i prijedlozi za buduće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D94F25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5372"/>
    <w:rsid w:val="00AA1D8D"/>
    <w:rsid w:val="00B47730"/>
    <w:rsid w:val="00CB0664"/>
    <w:rsid w:val="00D94F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2D615"/>
  <w14:defaultImageDpi w14:val="300"/>
  <w15:docId w15:val="{C4676438-AFB9-4901-989B-8F40FC55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2026-08-26T16:38:00Z</dcterms:modified>
  <cp:category/>
</cp:coreProperties>
</file>