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2C85" w14:textId="77777777" w:rsidR="00727425" w:rsidRDefault="00496A67">
      <w:pPr>
        <w:jc w:val="center"/>
      </w:pPr>
      <w:r>
        <w:rPr>
          <w:b/>
          <w:sz w:val="30"/>
          <w:lang w:val="hr-HR" w:eastAsia="hr-HR" w:bidi="hr-HR"/>
        </w:rPr>
        <w:t>OBRAZAC ZA PLANIRANJE – DODATNA NASTAVA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727425" w14:paraId="572523FD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FC9AE6C" w14:textId="77777777" w:rsidR="00727425" w:rsidRDefault="00496A6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Nastavni predmet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73569B4" w14:textId="77777777" w:rsidR="00727425" w:rsidRDefault="0072742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27425" w14:paraId="3CD28D0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E275A7" w14:textId="77777777" w:rsidR="00727425" w:rsidRDefault="00496A6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8C87236" w14:textId="77777777" w:rsidR="00727425" w:rsidRDefault="0072742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27425" w14:paraId="30C93D02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47A53A2" w14:textId="77777777" w:rsidR="00727425" w:rsidRDefault="00496A6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Učitelj/ica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3E7703B" w14:textId="77777777" w:rsidR="00727425" w:rsidRDefault="0072742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27425" w14:paraId="56852FD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3364AB2" w14:textId="77777777" w:rsidR="00727425" w:rsidRDefault="00496A6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sati godišnje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4DC67C1" w14:textId="77777777" w:rsidR="00727425" w:rsidRDefault="0072742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727425" w14:paraId="2CA91D53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E88B440" w14:textId="77777777" w:rsidR="00727425" w:rsidRDefault="00496A6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održavanja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D77EC17" w14:textId="77777777" w:rsidR="00727425" w:rsidRDefault="0072742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dodatne nastave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D6E37A5" w14:textId="77777777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Namjena i obrazloženje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F3B57C2" w14:textId="77777777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Sadržaji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734855C" w14:textId="77777777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Metode i oblici rada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9822E0D" w14:textId="77777777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9251A8D" w14:textId="77777777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praćenja i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0B5BE20" w14:textId="20F64CD0" w:rsidR="00727425" w:rsidRDefault="00496A67" w:rsidP="003D3A2B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727425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A2B"/>
    <w:rsid w:val="00496A67"/>
    <w:rsid w:val="0072742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73002"/>
  <w14:defaultImageDpi w14:val="300"/>
  <w15:docId w15:val="{7890B6F1-65EB-4012-AF52-0672F590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CE1076-233C-43ED-AF76-D0DCDDC9538C}"/>
</file>

<file path=customXml/itemProps3.xml><?xml version="1.0" encoding="utf-8"?>
<ds:datastoreItem xmlns:ds="http://schemas.openxmlformats.org/officeDocument/2006/customXml" ds:itemID="{F8AB402D-7A3D-43EC-BD78-D4D200F06DD4}"/>
</file>

<file path=customXml/itemProps4.xml><?xml version="1.0" encoding="utf-8"?>
<ds:datastoreItem xmlns:ds="http://schemas.openxmlformats.org/officeDocument/2006/customXml" ds:itemID="{5508156F-E5D6-4A3F-9F8D-B95C37811D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4</cp:revision>
  <dcterms:created xsi:type="dcterms:W3CDTF">2013-12-23T23:15:00Z</dcterms:created>
  <dcterms:modified xsi:type="dcterms:W3CDTF">2026-08-26T16:53:00Z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