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90DAF" w14:textId="77777777" w:rsidR="00AB5774" w:rsidRDefault="00BD06DD">
      <w:pPr>
        <w:jc w:val="center"/>
      </w:pPr>
      <w:r>
        <w:rPr>
          <w:b/>
          <w:sz w:val="30"/>
          <w:lang w:val="hr-HR" w:eastAsia="hr-HR" w:bidi="hr-HR"/>
        </w:rPr>
        <w:t>OBRAZAC ZA PLANIRANJE – DOPUNSKA NASTAVA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AB5774" w14:paraId="3C640376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91EACA5" w14:textId="77777777" w:rsidR="00AB5774" w:rsidRDefault="00BD06D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Nastavni predmet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8D20704" w14:textId="77777777" w:rsidR="00AB5774" w:rsidRDefault="00AB577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AB5774" w14:paraId="222E690F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3E5ABFE" w14:textId="77777777" w:rsidR="00AB5774" w:rsidRDefault="00BD06D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D041F37" w14:textId="77777777" w:rsidR="00AB5774" w:rsidRDefault="00AB577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AB5774" w14:paraId="4C09021E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9812376" w14:textId="77777777" w:rsidR="00AB5774" w:rsidRDefault="00BD06D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Učitelj/ica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A3A5CDB" w14:textId="77777777" w:rsidR="00AB5774" w:rsidRDefault="00AB577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AB5774" w14:paraId="550B6701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0A31A75" w14:textId="77777777" w:rsidR="00AB5774" w:rsidRDefault="00BD06D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Broj sati godišnje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C3AC103" w14:textId="77777777" w:rsidR="00AB5774" w:rsidRDefault="00AB577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AB5774" w14:paraId="60B20557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17B862D" w14:textId="77777777" w:rsidR="00AB5774" w:rsidRDefault="00BD06DD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održavanja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AD74D01" w14:textId="77777777" w:rsidR="00AB5774" w:rsidRDefault="00AB5774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dopunske nastave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EC4E45B" w14:textId="77777777" w:rsidR="00AB5774" w:rsidRDefault="00BD06DD" w:rsidP="004334D2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Namjena i učenici kojima je aktivnost namijenjena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D70EF5F" w14:textId="77777777" w:rsidR="00AB5774" w:rsidRDefault="00BD06DD" w:rsidP="004334D2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Sadržaji 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28AAC0F" w14:textId="77777777" w:rsidR="00AB5774" w:rsidRDefault="00BD06DD" w:rsidP="004334D2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rada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0F9AD76" w14:textId="77777777" w:rsidR="00AB5774" w:rsidRDefault="00BD06DD" w:rsidP="004334D2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Očekivani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41CC5A0" w14:textId="77777777" w:rsidR="00AB5774" w:rsidRDefault="00BD06DD" w:rsidP="004334D2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praćenja napretka učenika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75311CA" w14:textId="302D5383" w:rsidR="00AB5774" w:rsidRDefault="00BD06DD" w:rsidP="004334D2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AB5774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334D2"/>
    <w:rsid w:val="00AA1D8D"/>
    <w:rsid w:val="00AB5774"/>
    <w:rsid w:val="00B47730"/>
    <w:rsid w:val="00BD06D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76F5CB"/>
  <w14:defaultImageDpi w14:val="300"/>
  <w15:docId w15:val="{CBB4E64D-DE77-418D-95D0-1F117F5F3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402474-0867-4408-9F28-D9315BB7105B}"/>
</file>

<file path=customXml/itemProps3.xml><?xml version="1.0" encoding="utf-8"?>
<ds:datastoreItem xmlns:ds="http://schemas.openxmlformats.org/officeDocument/2006/customXml" ds:itemID="{3C7AD86F-E7C3-4211-A0D7-3AADA4A359C8}"/>
</file>

<file path=customXml/itemProps4.xml><?xml version="1.0" encoding="utf-8"?>
<ds:datastoreItem xmlns:ds="http://schemas.openxmlformats.org/officeDocument/2006/customXml" ds:itemID="{FC21284C-D90D-4C0B-A3FE-317846B7DC5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