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4DA9E" w14:textId="77777777" w:rsidR="006B33D1" w:rsidRDefault="00195949">
      <w:pPr>
        <w:jc w:val="center"/>
      </w:pPr>
      <w:r>
        <w:rPr>
          <w:b/>
          <w:sz w:val="30"/>
          <w:lang w:val="hr-HR" w:eastAsia="hr-HR" w:bidi="hr-HR"/>
        </w:rPr>
        <w:t>OBRAZAC ZA PLANIRANJE – IZVANNASTAVNA AKTIVNOST</w:t>
      </w:r>
    </w:p>
    <w:tbl>
      <w:tblPr>
        <w:tblStyle w:val="Reetkatablice"/>
        <w:tblW w:w="9972" w:type="dxa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5669"/>
      </w:tblGrid>
      <w:tr w:rsidR="006B33D1" w14:paraId="0943AD46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BB39ABE" w14:textId="77777777" w:rsidR="006B33D1" w:rsidRDefault="00195949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Naziv izvannastavne aktivnosti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4443F78" w14:textId="77777777" w:rsidR="006B33D1" w:rsidRDefault="006B33D1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6B33D1" w14:paraId="38A8DF8F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045AFF45" w14:textId="77777777" w:rsidR="006B33D1" w:rsidRDefault="00195949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Voditelj aktivnosti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31FFAD52" w14:textId="77777777" w:rsidR="006B33D1" w:rsidRDefault="006B33D1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6B33D1" w14:paraId="3BE16412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1953057" w14:textId="77777777" w:rsidR="006B33D1" w:rsidRDefault="00195949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Razred/i odnosno skupina učenika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136C46B6" w14:textId="77777777" w:rsidR="006B33D1" w:rsidRDefault="006B33D1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6B33D1" w14:paraId="01C8480B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0C8E9F8" w14:textId="77777777" w:rsidR="006B33D1" w:rsidRDefault="00195949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Broj učenika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6C4AA5B" w14:textId="77777777" w:rsidR="006B33D1" w:rsidRDefault="006B33D1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6B33D1" w14:paraId="022A75D6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B807F72" w14:textId="77777777" w:rsidR="006B33D1" w:rsidRDefault="00195949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Broj sati godišnje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0BA63420" w14:textId="77777777" w:rsidR="006B33D1" w:rsidRDefault="006B33D1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6B33D1" w14:paraId="1D61E4CE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31F74DC9" w14:textId="77777777" w:rsidR="006B33D1" w:rsidRDefault="00195949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Vrijeme održavanja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76FF6F4" w14:textId="77777777" w:rsidR="006B33D1" w:rsidRDefault="006B33D1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Ciljevi aktivnosti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1C0C148B" w14:textId="77777777" w:rsidR="006B33D1" w:rsidRDefault="00195949" w:rsidP="00AF65AF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Zadaće i sadržaj rada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308DA996" w14:textId="77777777" w:rsidR="006B33D1" w:rsidRDefault="00195949" w:rsidP="00AF65AF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Način rada i aktivnosti učenika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11D82911" w14:textId="77777777" w:rsidR="006B33D1" w:rsidRDefault="00195949" w:rsidP="00AF65AF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Očekivani ishodi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39F0C324" w14:textId="77777777" w:rsidR="006B33D1" w:rsidRDefault="00195949" w:rsidP="00AF65AF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Način praćenja i vrednovanja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67B4B01A" w14:textId="77777777" w:rsidR="006B33D1" w:rsidRDefault="00195949" w:rsidP="00AF65AF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</w:tbl>
    <w:sectPr w:rsidR="006B33D1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5949"/>
    <w:rsid w:val="0029639D"/>
    <w:rsid w:val="00326F90"/>
    <w:rsid w:val="006B33D1"/>
    <w:rsid w:val="00AA1D8D"/>
    <w:rsid w:val="00AF65AF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F92BD1"/>
  <w14:defaultImageDpi w14:val="300"/>
  <w15:docId w15:val="{E2A4D002-2EDD-49DD-BF7B-71695B61C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5683A04C750347B0DE33123617419E" ma:contentTypeVersion="9" ma:contentTypeDescription="Stvaranje novog dokumenta." ma:contentTypeScope="" ma:versionID="e9b642c2cf184cabd36cd0ec35c64d97">
  <xsd:schema xmlns:xsd="http://www.w3.org/2001/XMLSchema" xmlns:xs="http://www.w3.org/2001/XMLSchema" xmlns:p="http://schemas.microsoft.com/office/2006/metadata/properties" xmlns:ns2="c0bea590-72bc-4dcc-8f3d-4a08b5fc89b8" xmlns:ns3="d1972727-102a-41ae-b388-afdf9cac41d6" targetNamespace="http://schemas.microsoft.com/office/2006/metadata/properties" ma:root="true" ma:fieldsID="7c37ead3551964b25ac06fea9671ed78" ns2:_="" ns3:_="">
    <xsd:import namespace="c0bea590-72bc-4dcc-8f3d-4a08b5fc89b8"/>
    <xsd:import namespace="d1972727-102a-41ae-b388-afdf9cac41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ea590-72bc-4dcc-8f3d-4a08b5fc89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972727-102a-41ae-b388-afdf9cac41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f817eed-8496-4e8d-aa85-cb3cc674f0ee}" ma:internalName="TaxCatchAll" ma:showField="CatchAllData" ma:web="d1972727-102a-41ae-b388-afdf9cac41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972727-102a-41ae-b388-afdf9cac41d6" xsi:nil="true"/>
    <lcf76f155ced4ddcb4097134ff3c332f xmlns="c0bea590-72bc-4dcc-8f3d-4a08b5fc89b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C98390-AFFC-4F20-BCE6-343C2238EE84}"/>
</file>

<file path=customXml/itemProps3.xml><?xml version="1.0" encoding="utf-8"?>
<ds:datastoreItem xmlns:ds="http://schemas.openxmlformats.org/officeDocument/2006/customXml" ds:itemID="{909BB100-D8DC-445A-BA92-819F7A906214}"/>
</file>

<file path=customXml/itemProps4.xml><?xml version="1.0" encoding="utf-8"?>
<ds:datastoreItem xmlns:ds="http://schemas.openxmlformats.org/officeDocument/2006/customXml" ds:itemID="{18C9B7DD-E9CD-4E15-A46F-395BC3FA5E2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Korisnik</cp:lastModifiedBy>
  <cp:revision>3</cp:revision>
  <dcterms:created xsi:type="dcterms:W3CDTF">2013-12-23T23:15:00Z</dcterms:created>
  <dcterms:modified xsi:type="dcterms:W3CDTF">2026-08-26T16:54:00Z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0x010100065683A04C750347B0DE33123617419E</vt:lpwstr>
  </property>
</Properties>
</file>