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3433F" w14:textId="77777777" w:rsidR="007A4922" w:rsidRDefault="006377E2">
      <w:pPr>
        <w:jc w:val="center"/>
      </w:pPr>
      <w:r>
        <w:rPr>
          <w:b/>
          <w:sz w:val="30"/>
          <w:lang w:val="hr-HR" w:eastAsia="hr-HR" w:bidi="hr-HR"/>
        </w:rPr>
        <w:t>OBRAZAC ZA PLANIRANJE – IZVANUČIONIČKA NASTAVA</w:t>
      </w:r>
    </w:p>
    <w:tbl>
      <w:tblPr>
        <w:tblStyle w:val="Reetkatablice"/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7A4922" w14:paraId="11DA142F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B278780" w14:textId="77777777" w:rsidR="007A4922" w:rsidRDefault="006377E2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Naziv aktivnosti / odredište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6861B81" w14:textId="77777777" w:rsidR="007A4922" w:rsidRDefault="007A4922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7A4922" w14:paraId="54B436FC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6450D56" w14:textId="77777777" w:rsidR="007A4922" w:rsidRDefault="006377E2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Razred/i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21D9A45" w14:textId="77777777" w:rsidR="007A4922" w:rsidRDefault="007A4922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7A4922" w14:paraId="52132079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0AE4D4C" w14:textId="77777777" w:rsidR="007A4922" w:rsidRDefault="006377E2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Nositelj/i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9D817BA" w14:textId="77777777" w:rsidR="007A4922" w:rsidRDefault="007A4922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7A4922" w14:paraId="2A081A4C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2D19CFF" w14:textId="77777777" w:rsidR="007A4922" w:rsidRDefault="006377E2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Vrijeme provedbe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E80B0B5" w14:textId="77777777" w:rsidR="007A4922" w:rsidRDefault="007A4922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7A4922" w14:paraId="4D259942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3E5A9E8" w14:textId="77777777" w:rsidR="007A4922" w:rsidRDefault="006377E2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Mjesto provedbe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CB3EA04" w14:textId="77777777" w:rsidR="007A4922" w:rsidRDefault="007A4922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Cilj izvanučioničke nastave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9B8E948" w14:textId="2E01945A" w:rsidR="007A4922" w:rsidRDefault="006377E2" w:rsidP="006E53F1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Odgojno-obrazovni zadaci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E30CCAD" w14:textId="6483C3F6" w:rsidR="007A4922" w:rsidRDefault="006377E2" w:rsidP="006E53F1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Planirani sadržaji i aktivnosti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574BC65" w14:textId="057494F9" w:rsidR="007A4922" w:rsidRDefault="006377E2" w:rsidP="006E53F1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Povezanost s nastavnim sadržajima i kurikulumom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9B26151" w14:textId="3DFF47DC" w:rsidR="007A4922" w:rsidRDefault="006377E2" w:rsidP="006E53F1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Očekivani ishodi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A626EB4" w14:textId="75E06E95" w:rsidR="007A4922" w:rsidRDefault="006377E2" w:rsidP="006E53F1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praćenja i vrednovanja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E45E722" w14:textId="2D38C4BE" w:rsidR="007A4922" w:rsidRDefault="006377E2" w:rsidP="006E53F1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Potrebna sredstva i troškovi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A7F0BB1" w14:textId="6702F666" w:rsidR="007A4922" w:rsidRDefault="006377E2" w:rsidP="006E53F1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</w:p>
        </w:tc>
      </w:tr>
    </w:tbl>
    <w:sectPr w:rsidR="007A4922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377E2"/>
    <w:rsid w:val="006E53F1"/>
    <w:rsid w:val="007A492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FB3D8B"/>
  <w14:defaultImageDpi w14:val="300"/>
  <w15:docId w15:val="{7D7378F3-7A1B-4A7E-8FFA-BFDD188F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683A04C750347B0DE33123617419E" ma:contentTypeVersion="9" ma:contentTypeDescription="Stvaranje novog dokumenta." ma:contentTypeScope="" ma:versionID="e9b642c2cf184cabd36cd0ec35c64d97">
  <xsd:schema xmlns:xsd="http://www.w3.org/2001/XMLSchema" xmlns:xs="http://www.w3.org/2001/XMLSchema" xmlns:p="http://schemas.microsoft.com/office/2006/metadata/properties" xmlns:ns2="c0bea590-72bc-4dcc-8f3d-4a08b5fc89b8" xmlns:ns3="d1972727-102a-41ae-b388-afdf9cac41d6" targetNamespace="http://schemas.microsoft.com/office/2006/metadata/properties" ma:root="true" ma:fieldsID="7c37ead3551964b25ac06fea9671ed78" ns2:_="" ns3:_="">
    <xsd:import namespace="c0bea590-72bc-4dcc-8f3d-4a08b5fc89b8"/>
    <xsd:import namespace="d1972727-102a-41ae-b388-afdf9cac4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a590-72bc-4dcc-8f3d-4a08b5fc8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72727-102a-41ae-b388-afdf9cac4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817eed-8496-4e8d-aa85-cb3cc674f0ee}" ma:internalName="TaxCatchAll" ma:showField="CatchAllData" ma:web="d1972727-102a-41ae-b388-afdf9cac4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972727-102a-41ae-b388-afdf9cac41d6" xsi:nil="true"/>
    <lcf76f155ced4ddcb4097134ff3c332f xmlns="c0bea590-72bc-4dcc-8f3d-4a08b5fc89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6B9436-A8FC-404F-AC24-122C293448D2}"/>
</file>

<file path=customXml/itemProps3.xml><?xml version="1.0" encoding="utf-8"?>
<ds:datastoreItem xmlns:ds="http://schemas.openxmlformats.org/officeDocument/2006/customXml" ds:itemID="{60C5E938-EFF7-40E6-B542-D50C14011FFF}"/>
</file>

<file path=customXml/itemProps4.xml><?xml version="1.0" encoding="utf-8"?>
<ds:datastoreItem xmlns:ds="http://schemas.openxmlformats.org/officeDocument/2006/customXml" ds:itemID="{BA8463D4-1D18-48B4-878A-4B871E8950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2013-12-23T23:15:00Z</dcterms:created>
  <dcterms:modified xsi:type="dcterms:W3CDTF">2026-08-26T16:54:00Z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0x010100065683A04C750347B0DE33123617419E</vt:lpwstr>
  </property>
</Properties>
</file>