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3D1DF5" w14:textId="716474EE" w:rsidR="0049141A" w:rsidRDefault="00B82B04">
      <w:pPr>
        <w:jc w:val="center"/>
      </w:pPr>
      <w:r>
        <w:rPr>
          <w:b/>
          <w:sz w:val="30"/>
          <w:lang w:val="hr-HR" w:eastAsia="hr-HR" w:bidi="hr-HR"/>
        </w:rPr>
        <w:t>OBRAZAC ZA PLANIRANJE – KULTURNA I JAVNA DJELATNOST</w:t>
      </w:r>
    </w:p>
    <w:tbl>
      <w:tblPr>
        <w:tblStyle w:val="Reetkatablice"/>
        <w:tblW w:w="9972" w:type="dxa"/>
        <w:jc w:val="center"/>
        <w:tblLayout w:type="fixed"/>
        <w:tblLook w:val="04A0" w:firstRow="1" w:lastRow="0" w:firstColumn="1" w:lastColumn="0" w:noHBand="0" w:noVBand="1"/>
      </w:tblPr>
      <w:tblGrid>
        <w:gridCol w:w="3402"/>
        <w:gridCol w:w="5669"/>
      </w:tblGrid>
      <w:tr w:rsidR="0049141A" w14:paraId="62DFCBED" w14:textId="77777777">
        <w:trPr/>
        <w:tc>
          <w:tcPr>
            <w:tcW w:w="3543" w:type="dxa"/>
            <w:shd w:val="clear" w:color="auto" w:fill="DDEBF7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1AB3289B" w14:textId="77777777" w:rsidR="0049141A" w:rsidRDefault="00B82B04"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sz w:val="22"/>
                <w:lang w:val="hr-HR" w:eastAsia="hr-HR" w:bidi="hr-HR"/>
              </w:rPr>
              <w:t>Naziv aktivnosti / događanja</w:t>
            </w:r>
          </w:p>
        </w:tc>
        <w:tc>
          <w:tcPr>
            <w:tcW w:w="6429" w:type="dxa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66298BA9" w14:textId="77777777" w:rsidR="0049141A" w:rsidRDefault="0049141A">
            <w:pPr>
              <w:spacing w:before="0" w:after="0" w:line="240" w:lineRule="auto"/>
              <w:ind w:left="0" w:right="0" w:firstLine="0"/>
              <w:jc w:val="left"/>
            </w:pPr>
          </w:p>
        </w:tc>
      </w:tr>
      <w:tr w:rsidR="0049141A" w14:paraId="3BA6FE8B" w14:textId="77777777">
        <w:trPr/>
        <w:tc>
          <w:tcPr>
            <w:tcW w:w="3543" w:type="dxa"/>
            <w:shd w:val="clear" w:color="auto" w:fill="DDEBF7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3E9F34C4" w14:textId="77777777" w:rsidR="0049141A" w:rsidRDefault="00B82B04"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sz w:val="22"/>
                <w:lang w:val="hr-HR" w:eastAsia="hr-HR" w:bidi="hr-HR"/>
              </w:rPr>
              <w:t>Vrsta događanja</w:t>
            </w:r>
          </w:p>
        </w:tc>
        <w:tc>
          <w:tcPr>
            <w:tcW w:w="6429" w:type="dxa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7CB80BBB" w14:textId="77777777" w:rsidR="0049141A" w:rsidRDefault="0049141A">
            <w:pPr>
              <w:spacing w:before="0" w:after="0" w:line="240" w:lineRule="auto"/>
              <w:ind w:left="0" w:right="0" w:firstLine="0"/>
              <w:jc w:val="left"/>
            </w:pPr>
          </w:p>
        </w:tc>
      </w:tr>
      <w:tr w:rsidR="0049141A" w14:paraId="28578555" w14:textId="77777777">
        <w:trPr/>
        <w:tc>
          <w:tcPr>
            <w:tcW w:w="3543" w:type="dxa"/>
            <w:shd w:val="clear" w:color="auto" w:fill="DDEBF7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107FECD8" w14:textId="77777777" w:rsidR="0049141A" w:rsidRDefault="00B82B04"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sz w:val="22"/>
                <w:lang w:val="hr-HR" w:eastAsia="hr-HR" w:bidi="hr-HR"/>
              </w:rPr>
              <w:t>Nositelj/i</w:t>
            </w:r>
          </w:p>
        </w:tc>
        <w:tc>
          <w:tcPr>
            <w:tcW w:w="6429" w:type="dxa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16ADE5D9" w14:textId="77777777" w:rsidR="0049141A" w:rsidRDefault="0049141A">
            <w:pPr>
              <w:spacing w:before="0" w:after="0" w:line="240" w:lineRule="auto"/>
              <w:ind w:left="0" w:right="0" w:firstLine="0"/>
              <w:jc w:val="left"/>
            </w:pPr>
          </w:p>
        </w:tc>
      </w:tr>
      <w:tr w:rsidR="0049141A" w14:paraId="3BC22DFA" w14:textId="77777777">
        <w:trPr/>
        <w:tc>
          <w:tcPr>
            <w:tcW w:w="3543" w:type="dxa"/>
            <w:shd w:val="clear" w:color="auto" w:fill="DDEBF7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40A2DD01" w14:textId="77777777" w:rsidR="0049141A" w:rsidRDefault="00B82B04"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sz w:val="22"/>
                <w:lang w:val="hr-HR" w:eastAsia="hr-HR" w:bidi="hr-HR"/>
              </w:rPr>
              <w:t>Sudionici</w:t>
            </w:r>
          </w:p>
        </w:tc>
        <w:tc>
          <w:tcPr>
            <w:tcW w:w="6429" w:type="dxa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43054202" w14:textId="77777777" w:rsidR="0049141A" w:rsidRDefault="0049141A">
            <w:pPr>
              <w:spacing w:before="0" w:after="0" w:line="240" w:lineRule="auto"/>
              <w:ind w:left="0" w:right="0" w:firstLine="0"/>
              <w:jc w:val="left"/>
            </w:pPr>
          </w:p>
        </w:tc>
      </w:tr>
      <w:tr w:rsidR="0049141A" w14:paraId="1C483ABB" w14:textId="77777777">
        <w:trPr/>
        <w:tc>
          <w:tcPr>
            <w:tcW w:w="3543" w:type="dxa"/>
            <w:shd w:val="clear" w:color="auto" w:fill="DDEBF7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236AB533" w14:textId="77777777" w:rsidR="0049141A" w:rsidRDefault="00B82B04"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sz w:val="22"/>
                <w:lang w:val="hr-HR" w:eastAsia="hr-HR" w:bidi="hr-HR"/>
              </w:rPr>
              <w:t>Vrijeme i mjesto održavanja</w:t>
            </w:r>
          </w:p>
        </w:tc>
        <w:tc>
          <w:tcPr>
            <w:tcW w:w="6429" w:type="dxa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4FB63626" w14:textId="77777777" w:rsidR="0049141A" w:rsidRDefault="0049141A">
            <w:pPr>
              <w:spacing w:before="0" w:after="0" w:line="240" w:lineRule="auto"/>
              <w:ind w:left="0" w:right="0" w:firstLine="0"/>
              <w:jc w:val="left"/>
            </w:pPr>
          </w:p>
        </w:tc>
      </w:tr>
      <w:tr>
        <w:trPr/>
        <w:tc>
          <w:tcPr>
            <w:tcW w:type="dxa" w:w="9071"/>
            <w:gridSpan w:val="2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  <w:shd w:fill="DDEBF7" w:val="clear"/>
          </w:tcPr>
          <w:p>
            <w:pPr>
              <w:keepNext/>
              <w:keepLines/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sz w:val="22"/>
                <w:lang w:val="hr-HR" w:eastAsia="hr-HR" w:bidi="hr-HR"/>
              </w:rPr>
              <w:t>Cilj i namjena aktivnosti</w:t>
            </w:r>
          </w:p>
        </w:tc>
      </w:tr>
      <w:tr>
        <w:trPr>
          <w:trHeight w:val="1134" w:hRule="atLeast"/>
        </w:trPr>
        <w:tc>
          <w:tcPr>
            <w:tcW w:type="dxa" w:w="9071"/>
            <w:gridSpan w:val="2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4315620E" w14:textId="77777777" w:rsidR="0049141A" w:rsidRDefault="00B82B04" w:rsidP="00D242E3">
            <w:pPr>
              <w:spacing w:after="0" w:before="0" w:line="240" w:lineRule="auto"/>
              <w:ind w:left="0" w:right="0" w:firstLine="0"/>
              <w:jc w:val="left"/>
            </w:pPr>
            <w:r>
              <w:rPr>
                <w:sz w:val="22"/>
                <w:lang w:val="hr-HR" w:eastAsia="hr-HR" w:bidi="hr-HR"/>
              </w:rPr>
              <w:br/>
            </w:r>
            <w:r>
              <w:rPr>
                <w:sz w:val="22"/>
                <w:lang w:val="hr-HR" w:eastAsia="hr-HR" w:bidi="hr-HR"/>
              </w:rPr>
              <w:br/>
            </w:r>
            <w:r>
              <w:rPr>
                <w:sz w:val="22"/>
                <w:lang w:val="hr-HR" w:eastAsia="hr-HR" w:bidi="hr-HR"/>
              </w:rPr>
              <w:br/>
            </w:r>
          </w:p>
        </w:tc>
      </w:tr>
      <w:tr>
        <w:trPr/>
        <w:tc>
          <w:tcPr>
            <w:tcW w:type="dxa" w:w="9071"/>
            <w:gridSpan w:val="2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  <w:shd w:fill="DDEBF7" w:val="clear"/>
          </w:tcPr>
          <w:p>
            <w:pPr>
              <w:keepNext/>
              <w:keepLines/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sz w:val="22"/>
                <w:lang w:val="hr-HR" w:eastAsia="hr-HR" w:bidi="hr-HR"/>
              </w:rPr>
              <w:t>Kratak opis aktivnosti</w:t>
            </w:r>
          </w:p>
        </w:tc>
      </w:tr>
      <w:tr>
        <w:trPr>
          <w:trHeight w:val="1134" w:hRule="atLeast"/>
        </w:trPr>
        <w:tc>
          <w:tcPr>
            <w:tcW w:type="dxa" w:w="9071"/>
            <w:gridSpan w:val="2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0A2B856A" w14:textId="77777777" w:rsidR="0049141A" w:rsidRDefault="00B82B04" w:rsidP="00D242E3">
            <w:pPr>
              <w:spacing w:after="0" w:before="0" w:line="240" w:lineRule="auto"/>
              <w:ind w:left="0" w:right="0" w:firstLine="0"/>
              <w:jc w:val="left"/>
            </w:pPr>
            <w:r>
              <w:rPr>
                <w:sz w:val="22"/>
                <w:lang w:val="hr-HR" w:eastAsia="hr-HR" w:bidi="hr-HR"/>
              </w:rPr>
              <w:br/>
            </w:r>
            <w:r>
              <w:rPr>
                <w:sz w:val="22"/>
                <w:lang w:val="hr-HR" w:eastAsia="hr-HR" w:bidi="hr-HR"/>
              </w:rPr>
              <w:br/>
            </w:r>
            <w:r>
              <w:rPr>
                <w:sz w:val="22"/>
                <w:lang w:val="hr-HR" w:eastAsia="hr-HR" w:bidi="hr-HR"/>
              </w:rPr>
              <w:br/>
            </w:r>
          </w:p>
        </w:tc>
      </w:tr>
      <w:tr>
        <w:trPr/>
        <w:tc>
          <w:tcPr>
            <w:tcW w:type="dxa" w:w="9071"/>
            <w:gridSpan w:val="2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  <w:shd w:fill="DDEBF7" w:val="clear"/>
          </w:tcPr>
          <w:p>
            <w:pPr>
              <w:keepNext/>
              <w:keepLines/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sz w:val="22"/>
                <w:lang w:val="hr-HR" w:eastAsia="hr-HR" w:bidi="hr-HR"/>
              </w:rPr>
              <w:t>Planirani sadržaji i program</w:t>
            </w:r>
          </w:p>
        </w:tc>
      </w:tr>
      <w:tr>
        <w:trPr>
          <w:trHeight w:val="1134" w:hRule="atLeast"/>
        </w:trPr>
        <w:tc>
          <w:tcPr>
            <w:tcW w:type="dxa" w:w="9071"/>
            <w:gridSpan w:val="2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56753389" w14:textId="77777777" w:rsidR="0049141A" w:rsidRDefault="00B82B04" w:rsidP="00D242E3">
            <w:pPr>
              <w:spacing w:after="0" w:before="0" w:line="240" w:lineRule="auto"/>
              <w:ind w:left="0" w:right="0" w:firstLine="0"/>
              <w:jc w:val="left"/>
            </w:pPr>
            <w:r>
              <w:rPr>
                <w:sz w:val="22"/>
                <w:lang w:val="hr-HR" w:eastAsia="hr-HR" w:bidi="hr-HR"/>
              </w:rPr>
              <w:br/>
            </w:r>
            <w:r>
              <w:rPr>
                <w:sz w:val="22"/>
                <w:lang w:val="hr-HR" w:eastAsia="hr-HR" w:bidi="hr-HR"/>
              </w:rPr>
              <w:br/>
            </w:r>
            <w:r>
              <w:rPr>
                <w:sz w:val="22"/>
                <w:lang w:val="hr-HR" w:eastAsia="hr-HR" w:bidi="hr-HR"/>
              </w:rPr>
              <w:br/>
            </w:r>
          </w:p>
        </w:tc>
      </w:tr>
      <w:tr>
        <w:trPr/>
        <w:tc>
          <w:tcPr>
            <w:tcW w:type="dxa" w:w="9071"/>
            <w:gridSpan w:val="2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  <w:shd w:fill="DDEBF7" w:val="clear"/>
          </w:tcPr>
          <w:p>
            <w:pPr>
              <w:keepNext/>
              <w:keepLines/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sz w:val="22"/>
                <w:lang w:val="hr-HR" w:eastAsia="hr-HR" w:bidi="hr-HR"/>
              </w:rPr>
              <w:t>Očekivani rezultati</w:t>
            </w:r>
          </w:p>
        </w:tc>
      </w:tr>
      <w:tr>
        <w:trPr>
          <w:trHeight w:val="1134" w:hRule="atLeast"/>
        </w:trPr>
        <w:tc>
          <w:tcPr>
            <w:tcW w:type="dxa" w:w="9071"/>
            <w:gridSpan w:val="2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712CB061" w14:textId="77777777" w:rsidR="0049141A" w:rsidRDefault="00B82B04" w:rsidP="00D242E3">
            <w:pPr>
              <w:spacing w:after="0" w:before="0" w:line="240" w:lineRule="auto"/>
              <w:ind w:left="0" w:right="0" w:firstLine="0"/>
              <w:jc w:val="left"/>
            </w:pPr>
            <w:r>
              <w:rPr>
                <w:sz w:val="22"/>
                <w:lang w:val="hr-HR" w:eastAsia="hr-HR" w:bidi="hr-HR"/>
              </w:rPr>
              <w:br/>
            </w:r>
            <w:r>
              <w:rPr>
                <w:sz w:val="22"/>
                <w:lang w:val="hr-HR" w:eastAsia="hr-HR" w:bidi="hr-HR"/>
              </w:rPr>
              <w:br/>
            </w:r>
            <w:r>
              <w:rPr>
                <w:sz w:val="22"/>
                <w:lang w:val="hr-HR" w:eastAsia="hr-HR" w:bidi="hr-HR"/>
              </w:rPr>
              <w:br/>
            </w:r>
          </w:p>
        </w:tc>
      </w:tr>
      <w:tr>
        <w:trPr/>
        <w:tc>
          <w:tcPr>
            <w:tcW w:type="dxa" w:w="9071"/>
            <w:gridSpan w:val="2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  <w:shd w:fill="DDEBF7" w:val="clear"/>
          </w:tcPr>
          <w:p>
            <w:pPr>
              <w:keepNext/>
              <w:keepLines/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sz w:val="22"/>
                <w:lang w:val="hr-HR" w:eastAsia="hr-HR" w:bidi="hr-HR"/>
              </w:rPr>
              <w:t>Način prezentiranja i informiranja javnosti</w:t>
            </w:r>
          </w:p>
        </w:tc>
      </w:tr>
      <w:tr>
        <w:trPr>
          <w:trHeight w:val="1134" w:hRule="atLeast"/>
        </w:trPr>
        <w:tc>
          <w:tcPr>
            <w:tcW w:type="dxa" w:w="9071"/>
            <w:gridSpan w:val="2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29C03C67" w14:textId="77777777" w:rsidR="0049141A" w:rsidRDefault="00B82B04" w:rsidP="00D242E3">
            <w:pPr>
              <w:spacing w:after="0" w:before="0" w:line="240" w:lineRule="auto"/>
              <w:ind w:left="0" w:right="0" w:firstLine="0"/>
              <w:jc w:val="left"/>
            </w:pPr>
            <w:r>
              <w:rPr>
                <w:sz w:val="22"/>
                <w:lang w:val="hr-HR" w:eastAsia="hr-HR" w:bidi="hr-HR"/>
              </w:rPr>
              <w:br/>
            </w:r>
            <w:r>
              <w:rPr>
                <w:sz w:val="22"/>
                <w:lang w:val="hr-HR" w:eastAsia="hr-HR" w:bidi="hr-HR"/>
              </w:rPr>
              <w:br/>
            </w:r>
            <w:r>
              <w:rPr>
                <w:sz w:val="22"/>
                <w:lang w:val="hr-HR" w:eastAsia="hr-HR" w:bidi="hr-HR"/>
              </w:rPr>
              <w:br/>
            </w:r>
          </w:p>
        </w:tc>
      </w:tr>
      <w:tr>
        <w:trPr/>
        <w:tc>
          <w:tcPr>
            <w:tcW w:type="dxa" w:w="9071"/>
            <w:gridSpan w:val="2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  <w:shd w:fill="DDEBF7" w:val="clear"/>
          </w:tcPr>
          <w:p>
            <w:pPr>
              <w:keepNext/>
              <w:keepLines/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sz w:val="22"/>
                <w:lang w:val="hr-HR" w:eastAsia="hr-HR" w:bidi="hr-HR"/>
              </w:rPr>
              <w:t>Potrebna sredstva</w:t>
            </w:r>
          </w:p>
        </w:tc>
      </w:tr>
      <w:tr>
        <w:trPr>
          <w:trHeight w:val="1134" w:hRule="atLeast"/>
        </w:trPr>
        <w:tc>
          <w:tcPr>
            <w:tcW w:type="dxa" w:w="9071"/>
            <w:gridSpan w:val="2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548C4548" w14:textId="727F0255" w:rsidR="0049141A" w:rsidRDefault="00B82B04" w:rsidP="00D242E3">
            <w:pPr>
              <w:spacing w:after="0" w:before="0" w:line="240" w:lineRule="auto"/>
              <w:ind w:left="0" w:right="0" w:firstLine="0"/>
              <w:jc w:val="left"/>
            </w:pPr>
            <w:r>
              <w:rPr>
                <w:sz w:val="22"/>
                <w:lang w:val="hr-HR" w:eastAsia="hr-HR" w:bidi="hr-HR"/>
              </w:rPr>
              <w:br/>
            </w:r>
            <w:r>
              <w:rPr>
                <w:sz w:val="22"/>
                <w:lang w:val="hr-HR" w:eastAsia="hr-HR" w:bidi="hr-HR"/>
              </w:rPr>
              <w:br/>
            </w:r>
          </w:p>
        </w:tc>
      </w:tr>
    </w:tbl>
    <w:sectPr w:rsidR="0049141A" w:rsidSect="00034616">
      <w:pgSz w:w="12240" w:h="15840"/>
      <w:pgMar w:top="907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9141A"/>
    <w:rsid w:val="00AA1D8D"/>
    <w:rsid w:val="00B47730"/>
    <w:rsid w:val="00B82B04"/>
    <w:rsid w:val="00CB0664"/>
    <w:rsid w:val="00D242E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08AF7EF"/>
  <w14:defaultImageDpi w14:val="300"/>
  <w15:docId w15:val="{4F7A94F6-F691-4321-9937-E091FC84D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65683A04C750347B0DE33123617419E" ma:contentTypeVersion="9" ma:contentTypeDescription="Stvaranje novog dokumenta." ma:contentTypeScope="" ma:versionID="e9b642c2cf184cabd36cd0ec35c64d97">
  <xsd:schema xmlns:xsd="http://www.w3.org/2001/XMLSchema" xmlns:xs="http://www.w3.org/2001/XMLSchema" xmlns:p="http://schemas.microsoft.com/office/2006/metadata/properties" xmlns:ns2="c0bea590-72bc-4dcc-8f3d-4a08b5fc89b8" xmlns:ns3="d1972727-102a-41ae-b388-afdf9cac41d6" targetNamespace="http://schemas.microsoft.com/office/2006/metadata/properties" ma:root="true" ma:fieldsID="7c37ead3551964b25ac06fea9671ed78" ns2:_="" ns3:_="">
    <xsd:import namespace="c0bea590-72bc-4dcc-8f3d-4a08b5fc89b8"/>
    <xsd:import namespace="d1972727-102a-41ae-b388-afdf9cac41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bea590-72bc-4dcc-8f3d-4a08b5fc89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Oznake slika" ma:readOnly="false" ma:fieldId="{5cf76f15-5ced-4ddc-b409-7134ff3c332f}" ma:taxonomyMulti="true" ma:sspId="a0d909bf-645b-46a2-8bb9-ccdb743347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972727-102a-41ae-b388-afdf9cac41d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f817eed-8496-4e8d-aa85-cb3cc674f0ee}" ma:internalName="TaxCatchAll" ma:showField="CatchAllData" ma:web="d1972727-102a-41ae-b388-afdf9cac41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1972727-102a-41ae-b388-afdf9cac41d6" xsi:nil="true"/>
    <lcf76f155ced4ddcb4097134ff3c332f xmlns="c0bea590-72bc-4dcc-8f3d-4a08b5fc89b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B980E9A-D8A9-423D-ACB7-20EFA7FD614C}"/>
</file>

<file path=customXml/itemProps3.xml><?xml version="1.0" encoding="utf-8"?>
<ds:datastoreItem xmlns:ds="http://schemas.openxmlformats.org/officeDocument/2006/customXml" ds:itemID="{32DE407D-496C-4576-A9AD-98E6ACAA4451}"/>
</file>

<file path=customXml/itemProps4.xml><?xml version="1.0" encoding="utf-8"?>
<ds:datastoreItem xmlns:ds="http://schemas.openxmlformats.org/officeDocument/2006/customXml" ds:itemID="{86A2B4C7-6D73-4AFE-B28B-EAAE4BDAD74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Korisnik</cp:lastModifiedBy>
  <cp:revision>3</cp:revision>
  <dcterms:created xsi:type="dcterms:W3CDTF">2013-12-23T23:15:00Z</dcterms:created>
  <dcterms:modified xsi:type="dcterms:W3CDTF">2026-08-26T16:55:00Z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0x010100065683A04C750347B0DE33123617419E</vt:lpwstr>
  </property>
</Properties>
</file>