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BA1AF" w14:textId="77777777" w:rsidR="00BF132E" w:rsidRDefault="00F420F7">
      <w:pPr>
        <w:jc w:val="center"/>
      </w:pPr>
      <w:r>
        <w:rPr>
          <w:b/>
          <w:sz w:val="30"/>
          <w:lang w:val="hr-HR" w:eastAsia="hr-HR" w:bidi="hr-HR"/>
        </w:rPr>
        <w:t>OBRAZAC ZA PLANIRANJE – RADIONICA ILI PREDAVANJE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BF132E" w14:paraId="63B80EF8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7669C06" w14:textId="77777777" w:rsidR="00BF132E" w:rsidRDefault="00F420F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Naziv radionice / predavanja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67C9049" w14:textId="77777777" w:rsidR="00BF132E" w:rsidRDefault="00BF132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BF132E" w14:paraId="31E2009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72320C1" w14:textId="77777777" w:rsidR="00BF132E" w:rsidRDefault="00F420F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Voditelj / predavač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9AC4BBB" w14:textId="77777777" w:rsidR="00BF132E" w:rsidRDefault="00BF132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BF132E" w14:paraId="6BB243C0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3CF7B8" w14:textId="77777777" w:rsidR="00BF132E" w:rsidRDefault="00F420F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Sudionici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BF83266" w14:textId="77777777" w:rsidR="00BF132E" w:rsidRDefault="00BF132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BF132E" w14:paraId="471C6B56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0DE0EA4" w14:textId="77777777" w:rsidR="00BF132E" w:rsidRDefault="00F420F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i mjesto održavanja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1E48703" w14:textId="77777777" w:rsidR="00BF132E" w:rsidRDefault="00BF132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BF132E" w14:paraId="55CC07C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84E95A4" w14:textId="77777777" w:rsidR="00BF132E" w:rsidRDefault="00F420F7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Trajanje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9CF6E6C" w14:textId="77777777" w:rsidR="00BF132E" w:rsidRDefault="00BF132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i namjena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1AD667F" w14:textId="77777777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Tema i sadržaj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272AA36" w14:textId="77777777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provedbe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4DEABF9" w14:textId="77777777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B6A564B" w14:textId="77777777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vrednovanja i prikupljanja povratnih informacija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0C5E5E2" w14:textId="77777777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Potrebna sredstva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F6DAB6" w14:textId="71D4C2F3" w:rsidR="00BF132E" w:rsidRDefault="00F420F7" w:rsidP="00D9094A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BF132E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F132E"/>
    <w:rsid w:val="00CB0664"/>
    <w:rsid w:val="00D9094A"/>
    <w:rsid w:val="00F420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85EAC"/>
  <w14:defaultImageDpi w14:val="300"/>
  <w15:docId w15:val="{03253B7C-224E-4597-8B8B-3AACC09D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EC66E37-3E1C-43B8-A156-385E00D2D2D4}"/>
</file>

<file path=customXml/itemProps3.xml><?xml version="1.0" encoding="utf-8"?>
<ds:datastoreItem xmlns:ds="http://schemas.openxmlformats.org/officeDocument/2006/customXml" ds:itemID="{837B264C-252F-452D-B389-B3F373897FAE}"/>
</file>

<file path=customXml/itemProps4.xml><?xml version="1.0" encoding="utf-8"?>
<ds:datastoreItem xmlns:ds="http://schemas.openxmlformats.org/officeDocument/2006/customXml" ds:itemID="{EB5750E8-BB3A-4529-93EA-BF02BFA841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